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Bin ich bereit für den Dachausbau?</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Dachausbau-Varianten: Welche Lösung passt zu meinem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dachausbau.de/index.html" TargetMode="External"/><Relationship Id="rId10" Type="http://schemas.openxmlformats.org/officeDocument/2006/relationships/hyperlink" Target="https://spaces.spreedachausbau.de/paket-479b1bb7caea46ad87449dc49ece8a14/dachausbau-varianten-welche-l-sung-passt-zu-meinem-geb-ude-1d0b40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